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3FED9" w14:textId="77777777" w:rsidR="00A3446A" w:rsidRPr="00290717" w:rsidRDefault="009C31EB">
      <w:pPr>
        <w:jc w:val="center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b/>
          <w:sz w:val="22"/>
          <w:lang w:val="pl-PL"/>
        </w:rPr>
        <w:t>FORMULARZ OFERTY PARTNERA – LOWE</w:t>
      </w:r>
    </w:p>
    <w:p w14:paraId="2574BCF3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Załącznik nr 1 do ogłoszenia Gminy Dobra o naborze partnera do projektu w ramach Działania 6.12 Edukacja osób dorosłych, typ 3 – LOWE, nabór FEPZ.06.12-IP.01-001/26.</w:t>
      </w:r>
    </w:p>
    <w:p w14:paraId="0A818242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I. Dane podmiotu</w:t>
      </w:r>
    </w:p>
    <w:p w14:paraId="256ED87F" w14:textId="184AE645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Pełna nazwa podmiotu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287454A8" w14:textId="080A9035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Forma prawna / numer KRS lub innego rejestru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11E086AD" w14:textId="5ACBEDCC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NIP / REGON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6D9B65EC" w14:textId="334A9796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Adres siedziby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7DA20F15" w14:textId="369AB43B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Adres strony internetowej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4D299EAD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II. Dane osób uprawnionych do reprezentowania podmiotu</w:t>
      </w:r>
    </w:p>
    <w:p w14:paraId="50B92B0A" w14:textId="3BE2CD19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Imię i nazwisko, funkcja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6AB4F074" w14:textId="4A6BB60F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Podstawa umocowania do reprezentacji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3A797978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III. Dane kontaktowe w sprawie współpracy</w:t>
      </w:r>
    </w:p>
    <w:p w14:paraId="6135B693" w14:textId="3F03E74F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Osoba do kontaktu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64AA1844" w14:textId="69D023DB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Telefon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6C71D400" w14:textId="14896E58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Adres e-mail</w:t>
      </w:r>
      <w:r w:rsidR="00CB468E" w:rsidRPr="00290717">
        <w:rPr>
          <w:rFonts w:ascii="Lato" w:hAnsi="Lato" w:cs="Times New Roman"/>
          <w:sz w:val="22"/>
          <w:lang w:val="pl-PL"/>
        </w:rPr>
        <w:t>:</w:t>
      </w:r>
    </w:p>
    <w:p w14:paraId="65DEE208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IV. Oświadczenia oferenta</w:t>
      </w:r>
    </w:p>
    <w:p w14:paraId="32924B9C" w14:textId="7274862C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W odpowiedzi na ogłoszenie Gminy Dobra składam ofertę partnerstwa w celu przygotowania i</w:t>
      </w:r>
      <w:r w:rsidR="00CB468E" w:rsidRPr="00290717">
        <w:rPr>
          <w:rFonts w:ascii="Lato" w:hAnsi="Lato" w:cs="Times New Roman"/>
          <w:sz w:val="22"/>
          <w:lang w:val="pl-PL"/>
        </w:rPr>
        <w:t> </w:t>
      </w:r>
      <w:r w:rsidRPr="00290717">
        <w:rPr>
          <w:rFonts w:ascii="Lato" w:hAnsi="Lato" w:cs="Times New Roman"/>
          <w:sz w:val="22"/>
          <w:lang w:val="pl-PL"/>
        </w:rPr>
        <w:t>wspólnej realizacji projektu LOWE oraz oświadczam, że:</w:t>
      </w:r>
    </w:p>
    <w:p w14:paraId="316B7F6E" w14:textId="348A1B16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zapoznałem(-</w:t>
      </w:r>
      <w:proofErr w:type="spellStart"/>
      <w:r w:rsidRPr="00290717">
        <w:rPr>
          <w:rFonts w:ascii="Lato" w:hAnsi="Lato" w:cs="Times New Roman"/>
          <w:sz w:val="22"/>
          <w:lang w:val="pl-PL"/>
        </w:rPr>
        <w:t>am</w:t>
      </w:r>
      <w:proofErr w:type="spellEnd"/>
      <w:r w:rsidRPr="00290717">
        <w:rPr>
          <w:rFonts w:ascii="Lato" w:hAnsi="Lato" w:cs="Times New Roman"/>
          <w:sz w:val="22"/>
          <w:lang w:val="pl-PL"/>
        </w:rPr>
        <w:t>) się z ogłoszeniem, akceptuję warunki naboru i deklaruję aktywny udział w</w:t>
      </w:r>
      <w:r w:rsidR="00CB468E" w:rsidRPr="00290717">
        <w:rPr>
          <w:rFonts w:ascii="Lato" w:hAnsi="Lato" w:cs="Times New Roman"/>
          <w:sz w:val="22"/>
          <w:lang w:val="pl-PL"/>
        </w:rPr>
        <w:t> </w:t>
      </w:r>
      <w:r w:rsidRPr="00290717">
        <w:rPr>
          <w:rFonts w:ascii="Lato" w:hAnsi="Lato" w:cs="Times New Roman"/>
          <w:sz w:val="22"/>
          <w:lang w:val="pl-PL"/>
        </w:rPr>
        <w:t>opracowaniu koncepcji i wniosku;</w:t>
      </w:r>
    </w:p>
    <w:p w14:paraId="04047E0D" w14:textId="30C3E29B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podmiot jest prawidłowo reprezentowany i nie zachodzą przeszkody prawne do udziału w</w:t>
      </w:r>
      <w:r w:rsidR="00CB468E" w:rsidRPr="00290717">
        <w:rPr>
          <w:rFonts w:ascii="Lato" w:hAnsi="Lato" w:cs="Times New Roman"/>
          <w:sz w:val="22"/>
          <w:lang w:val="pl-PL"/>
        </w:rPr>
        <w:t> </w:t>
      </w:r>
      <w:r w:rsidRPr="00290717">
        <w:rPr>
          <w:rFonts w:ascii="Lato" w:hAnsi="Lato" w:cs="Times New Roman"/>
          <w:sz w:val="22"/>
          <w:lang w:val="pl-PL"/>
        </w:rPr>
        <w:t>partnerstwie;</w:t>
      </w:r>
    </w:p>
    <w:p w14:paraId="3B645918" w14:textId="53A4A954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podmiot nie podlega wykluczeniu z ubiegania się o środki na podstawie art. 207 ust. 4 ustawy o</w:t>
      </w:r>
      <w:r w:rsidR="00CB468E" w:rsidRPr="00290717">
        <w:rPr>
          <w:rFonts w:ascii="Lato" w:hAnsi="Lato" w:cs="Times New Roman"/>
          <w:sz w:val="22"/>
          <w:lang w:val="pl-PL"/>
        </w:rPr>
        <w:t> </w:t>
      </w:r>
      <w:r w:rsidRPr="00290717">
        <w:rPr>
          <w:rFonts w:ascii="Lato" w:hAnsi="Lato" w:cs="Times New Roman"/>
          <w:sz w:val="22"/>
          <w:lang w:val="pl-PL"/>
        </w:rPr>
        <w:t>finansach publicznych, w zakresie mającym zastosowanie;</w:t>
      </w:r>
    </w:p>
    <w:p w14:paraId="13BAB32E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podmiot nie zalega z podatkami ani składkami na ubezpieczenia społeczne, z zastrzeżeniem prawnie skutecznych ulg;</w:t>
      </w:r>
    </w:p>
    <w:p w14:paraId="7C78ADCB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działalność podmiotu jest zgodna z celami LOWE, a podane doświadczenie, kadra i zasoby są zgodne ze stanem faktycznym;</w:t>
      </w:r>
    </w:p>
    <w:p w14:paraId="3CB04CE4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podmiot deklaruje gotowość do realizacji możliwie pełnego zakresu zadań operacyjnych wskazanych w ogłoszeniu, z zachowaniem obowiązków lidera;</w:t>
      </w:r>
    </w:p>
    <w:p w14:paraId="5282A251" w14:textId="055CA28C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przyjmuję do wiadomości, że wybór partnera nie oznacza gwarancji dofinansowania i</w:t>
      </w:r>
      <w:r w:rsidR="00CB468E" w:rsidRPr="00290717">
        <w:rPr>
          <w:rFonts w:ascii="Lato" w:hAnsi="Lato" w:cs="Times New Roman"/>
          <w:sz w:val="22"/>
          <w:lang w:val="pl-PL"/>
        </w:rPr>
        <w:t> </w:t>
      </w:r>
      <w:r w:rsidRPr="00290717">
        <w:rPr>
          <w:rFonts w:ascii="Lato" w:hAnsi="Lato" w:cs="Times New Roman"/>
          <w:sz w:val="22"/>
          <w:lang w:val="pl-PL"/>
        </w:rPr>
        <w:t>że</w:t>
      </w:r>
      <w:r w:rsidR="00CB468E" w:rsidRPr="00290717">
        <w:rPr>
          <w:rFonts w:ascii="Lato" w:hAnsi="Lato" w:cs="Times New Roman"/>
          <w:sz w:val="22"/>
          <w:lang w:val="pl-PL"/>
        </w:rPr>
        <w:t> </w:t>
      </w:r>
      <w:r w:rsidRPr="00290717">
        <w:rPr>
          <w:rFonts w:ascii="Lato" w:hAnsi="Lato" w:cs="Times New Roman"/>
          <w:sz w:val="22"/>
          <w:lang w:val="pl-PL"/>
        </w:rPr>
        <w:t>ostateczne obowiązki określi umowa partnerska;</w:t>
      </w:r>
    </w:p>
    <w:p w14:paraId="7899CEF2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przyjmuję do wiadomości zasady przetwarzania danych osobowych przedstawione przez organizatora naboru.</w:t>
      </w:r>
    </w:p>
    <w:p w14:paraId="3FA50BBB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lastRenderedPageBreak/>
        <w:t>V. Opis oferty według kryteriów oceny</w:t>
      </w:r>
    </w:p>
    <w:p w14:paraId="39BFDB7A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1. Zgodność działalności z celami LOWE (0–20 pkt)</w:t>
      </w:r>
    </w:p>
    <w:p w14:paraId="1053A94C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[OPIS – proszę wskazać konkretne zasoby, lata doświadczenia, projekty, rezultaty i dokumenty potwierdzające]</w:t>
      </w:r>
    </w:p>
    <w:p w14:paraId="0BDC21A2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1702EF9D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20B5D41D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2. Oferowany wkład w realizację projektu (0–20 pkt)</w:t>
      </w:r>
    </w:p>
    <w:p w14:paraId="7A971A6C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[OPIS – proszę wskazać konkretne zasoby, lata doświadczenia, projekty, rezultaty i dokumenty potwierdzające]</w:t>
      </w:r>
    </w:p>
    <w:p w14:paraId="7A60064D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50DEBBEC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608E4FB6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3. Kadra: doświadczenie merytoryczne i kwalifikacje (0–20 pkt)</w:t>
      </w:r>
    </w:p>
    <w:p w14:paraId="4E94F054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[OPIS – proszę wskazać konkretne zasoby, lata doświadczenia, projekty, rezultaty i dokumenty potwierdzające]</w:t>
      </w:r>
    </w:p>
    <w:p w14:paraId="38C214AC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089FED52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0CAE91E0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4. Potencjał techniczny i finansowy oraz wskaźniki projektu (0–10 pkt)</w:t>
      </w:r>
    </w:p>
    <w:p w14:paraId="201EE45E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[OPIS – proszę wskazać konkretne zasoby, lata doświadczenia, projekty, rezultaty i dokumenty potwierdzające]</w:t>
      </w:r>
    </w:p>
    <w:p w14:paraId="6E66C61A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77CAC3AF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60BFE05C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5. Proponowany zakres współpracy i podział zadań (0–10 pkt)</w:t>
      </w:r>
    </w:p>
    <w:p w14:paraId="3C0F0941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[OPIS – proszę wskazać konkretne zasoby, lata doświadczenia, projekty, rezultaty i dokumenty potwierdzające]</w:t>
      </w:r>
    </w:p>
    <w:p w14:paraId="104F641A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50BFEFFE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1916B422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6. Doświadczenie w projektach podobnego charakteru (0–20 pkt)</w:t>
      </w:r>
    </w:p>
    <w:p w14:paraId="17093AEB" w14:textId="77777777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[OPIS – proszę wskazać konkretne zasoby, lata doświadczenia, projekty, rezultaty i dokumenty potwierdzające]</w:t>
      </w:r>
    </w:p>
    <w:p w14:paraId="397A9477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2E9E7731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3A9328C0" w14:textId="77777777" w:rsidR="00A3446A" w:rsidRPr="00290717" w:rsidRDefault="009C31EB" w:rsidP="00CB468E">
      <w:pPr>
        <w:pStyle w:val="Nagwek2"/>
        <w:jc w:val="both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VI. Deklarowany zakres obowiązków operacyjnych</w:t>
      </w:r>
    </w:p>
    <w:p w14:paraId="5CD048BE" w14:textId="77777777" w:rsidR="00CB468E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 xml:space="preserve">Proszę zaznaczyć przy każdym zadaniu: TAK / CZĘŚCIOWO / NIE. </w:t>
      </w:r>
    </w:p>
    <w:p w14:paraId="3A8F2963" w14:textId="2371B8EE" w:rsidR="00A3446A" w:rsidRPr="00290717" w:rsidRDefault="009C31EB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Dla odpowiedzi CZĘŚCIOWO lub NIE podać uzasadnienie oraz zakres wymagający udziału lidera.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5173"/>
        <w:gridCol w:w="1569"/>
        <w:gridCol w:w="1616"/>
        <w:gridCol w:w="1566"/>
      </w:tblGrid>
      <w:tr w:rsidR="00CB468E" w:rsidRPr="00290717" w14:paraId="06C1483E" w14:textId="77777777" w:rsidTr="00CB468E">
        <w:tc>
          <w:tcPr>
            <w:tcW w:w="5173" w:type="dxa"/>
          </w:tcPr>
          <w:p w14:paraId="634FE647" w14:textId="3B5485FF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ZADANIE</w:t>
            </w:r>
          </w:p>
        </w:tc>
        <w:tc>
          <w:tcPr>
            <w:tcW w:w="1569" w:type="dxa"/>
          </w:tcPr>
          <w:p w14:paraId="0B421860" w14:textId="3D788E74" w:rsidR="00CB468E" w:rsidRPr="00290717" w:rsidRDefault="00CB468E" w:rsidP="00CB468E">
            <w:pPr>
              <w:jc w:val="center"/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TAK</w:t>
            </w:r>
          </w:p>
        </w:tc>
        <w:tc>
          <w:tcPr>
            <w:tcW w:w="1616" w:type="dxa"/>
          </w:tcPr>
          <w:p w14:paraId="01ADC18B" w14:textId="4ACFA447" w:rsidR="00CB468E" w:rsidRPr="00290717" w:rsidRDefault="00CB468E" w:rsidP="00CB468E">
            <w:pPr>
              <w:jc w:val="center"/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CZĘŚCIOWO</w:t>
            </w:r>
          </w:p>
        </w:tc>
        <w:tc>
          <w:tcPr>
            <w:tcW w:w="1566" w:type="dxa"/>
          </w:tcPr>
          <w:p w14:paraId="01E69A7C" w14:textId="7038A8F9" w:rsidR="00CB468E" w:rsidRPr="00290717" w:rsidRDefault="00CB468E" w:rsidP="00CB468E">
            <w:pPr>
              <w:jc w:val="center"/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NIE</w:t>
            </w:r>
          </w:p>
        </w:tc>
      </w:tr>
      <w:tr w:rsidR="00CB468E" w:rsidRPr="00290717" w14:paraId="2285A22C" w14:textId="77777777" w:rsidTr="00CB468E">
        <w:tc>
          <w:tcPr>
            <w:tcW w:w="5173" w:type="dxa"/>
          </w:tcPr>
          <w:p w14:paraId="3FFD17AF" w14:textId="12293EF9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lastRenderedPageBreak/>
              <w:t>Opracowanie koncepcji projektu, wniosku o dofinansowanie, budżetu, harmonogramu, wskaźników, załączników oraz odpowiedzi na wezwania instytucji oceniającej</w:t>
            </w:r>
          </w:p>
        </w:tc>
        <w:tc>
          <w:tcPr>
            <w:tcW w:w="1569" w:type="dxa"/>
          </w:tcPr>
          <w:p w14:paraId="6B826A62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0538291E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568E0C95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7BE81A3F" w14:textId="77777777" w:rsidTr="00CB468E">
        <w:tc>
          <w:tcPr>
            <w:tcW w:w="5173" w:type="dxa"/>
          </w:tcPr>
          <w:p w14:paraId="7BAB36FD" w14:textId="72FFB664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Przygotowanie i przeprowadzenie diagnozy potrzeb edukacyjnych dorosłych, analizy środowiska lokalnego oraz możliwości organizacyjnych szkoły</w:t>
            </w:r>
          </w:p>
        </w:tc>
        <w:tc>
          <w:tcPr>
            <w:tcW w:w="1569" w:type="dxa"/>
          </w:tcPr>
          <w:p w14:paraId="72699346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5743DEF0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61CC766D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6EC9A6E5" w14:textId="77777777" w:rsidTr="00CB468E">
        <w:tc>
          <w:tcPr>
            <w:tcW w:w="5173" w:type="dxa"/>
          </w:tcPr>
          <w:p w14:paraId="1243DD3F" w14:textId="19689128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Opracowanie modelu działania LOWE, programów edukacyjnych, regulaminów, procedur, planu pracy i dokumentacji organizacyjnej</w:t>
            </w:r>
          </w:p>
        </w:tc>
        <w:tc>
          <w:tcPr>
            <w:tcW w:w="1569" w:type="dxa"/>
          </w:tcPr>
          <w:p w14:paraId="508B8530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13817156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67E59D1F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4907C7D3" w14:textId="77777777" w:rsidTr="00CB468E">
        <w:tc>
          <w:tcPr>
            <w:tcW w:w="5173" w:type="dxa"/>
          </w:tcPr>
          <w:p w14:paraId="491489F7" w14:textId="4C964F31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Prowadzenie promocji, informacji i rekrutacji uczestników, weryfikacja kwalifikowalności i zapewnienie dostępności</w:t>
            </w:r>
          </w:p>
        </w:tc>
        <w:tc>
          <w:tcPr>
            <w:tcW w:w="1569" w:type="dxa"/>
          </w:tcPr>
          <w:p w14:paraId="33FD9C6D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2366D751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3B5F1079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06B996D4" w14:textId="77777777" w:rsidTr="00CB468E">
        <w:tc>
          <w:tcPr>
            <w:tcW w:w="5173" w:type="dxa"/>
          </w:tcPr>
          <w:p w14:paraId="4A89C9A3" w14:textId="6CC1AF43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Organizacja i prowadzenie szkoleń, kursów, warsztatów, konsultacji i innych działań edukacyjnych wynikających z diagnozy</w:t>
            </w:r>
          </w:p>
        </w:tc>
        <w:tc>
          <w:tcPr>
            <w:tcW w:w="1569" w:type="dxa"/>
          </w:tcPr>
          <w:p w14:paraId="23093FD8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34E2FBD7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02E42DB1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7BC88AFA" w14:textId="77777777" w:rsidTr="00CB468E">
        <w:tc>
          <w:tcPr>
            <w:tcW w:w="5173" w:type="dxa"/>
          </w:tcPr>
          <w:p w14:paraId="0224DE2C" w14:textId="34EDB0D3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Zapewnienie animatora LOWE, trenerów, instruktorów i pozostałego personelu, nadzór nad jakością zajęć i zastępstwami</w:t>
            </w:r>
          </w:p>
        </w:tc>
        <w:tc>
          <w:tcPr>
            <w:tcW w:w="1569" w:type="dxa"/>
          </w:tcPr>
          <w:p w14:paraId="5B6BEB77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563517E3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4DE24046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26E8853F" w14:textId="77777777" w:rsidTr="00CB468E">
        <w:tc>
          <w:tcPr>
            <w:tcW w:w="5173" w:type="dxa"/>
          </w:tcPr>
          <w:p w14:paraId="40226FA2" w14:textId="45320088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 xml:space="preserve">Kompleksowa logistyka zajęć: harmonogramy, sale, materiały, sprzęt, usługi towarzyszące i rozwiązania </w:t>
            </w:r>
            <w:proofErr w:type="spellStart"/>
            <w:r w:rsidRPr="00290717">
              <w:rPr>
                <w:rFonts w:ascii="Lato" w:hAnsi="Lato" w:cs="Times New Roman"/>
                <w:sz w:val="22"/>
                <w:lang w:val="pl-PL"/>
              </w:rPr>
              <w:t>dostępnościowe</w:t>
            </w:r>
            <w:proofErr w:type="spellEnd"/>
          </w:p>
        </w:tc>
        <w:tc>
          <w:tcPr>
            <w:tcW w:w="1569" w:type="dxa"/>
          </w:tcPr>
          <w:p w14:paraId="04217365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12549F7E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53776848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4C47A467" w14:textId="77777777" w:rsidTr="00CB468E">
        <w:tc>
          <w:tcPr>
            <w:tcW w:w="5173" w:type="dxa"/>
          </w:tcPr>
          <w:p w14:paraId="06C7478E" w14:textId="58964E0B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Bieżąca koordynacja operacyjna projektu, komunikacja z liderem i szkołą, zarządzanie ryzykiem oraz przygotowanie raportów</w:t>
            </w:r>
          </w:p>
        </w:tc>
        <w:tc>
          <w:tcPr>
            <w:tcW w:w="1569" w:type="dxa"/>
          </w:tcPr>
          <w:p w14:paraId="2610B834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6A775D68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004759AB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4BE93CE5" w14:textId="77777777" w:rsidTr="00CB468E">
        <w:tc>
          <w:tcPr>
            <w:tcW w:w="5173" w:type="dxa"/>
          </w:tcPr>
          <w:p w14:paraId="429224CB" w14:textId="63A3BB05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Prowadzenie dokumentacji uczestników i działań, monitorowanie wskaźników, rezultatów i efektów uczenia się</w:t>
            </w:r>
          </w:p>
        </w:tc>
        <w:tc>
          <w:tcPr>
            <w:tcW w:w="1569" w:type="dxa"/>
          </w:tcPr>
          <w:p w14:paraId="7B9A5A1B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6B7FC042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1EFF86F6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05477FDD" w14:textId="77777777" w:rsidTr="00CB468E">
        <w:tc>
          <w:tcPr>
            <w:tcW w:w="5173" w:type="dxa"/>
          </w:tcPr>
          <w:p w14:paraId="22DEF768" w14:textId="112CC5B4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Przygotowywanie danych do wniosków o płatność, zestawień wydatków, wyjaśnień, sprawozdań i dokumentacji kontroli</w:t>
            </w:r>
          </w:p>
        </w:tc>
        <w:tc>
          <w:tcPr>
            <w:tcW w:w="1569" w:type="dxa"/>
          </w:tcPr>
          <w:p w14:paraId="5EC62752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72DF6D1F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006A3387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04115A8A" w14:textId="77777777" w:rsidTr="00CB468E">
        <w:tc>
          <w:tcPr>
            <w:tcW w:w="5173" w:type="dxa"/>
          </w:tcPr>
          <w:p w14:paraId="24B90C6B" w14:textId="03C1D5A8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Realizacja i dokumentowanie wydatków przypisanych partnerowi, stosowanie zasad kwalifikowalności, konkurencyjności i zamówień – stosownie do obowiązujących przepisów</w:t>
            </w:r>
          </w:p>
        </w:tc>
        <w:tc>
          <w:tcPr>
            <w:tcW w:w="1569" w:type="dxa"/>
          </w:tcPr>
          <w:p w14:paraId="6A1E2322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2136CD62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4E71F002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5736CF2C" w14:textId="77777777" w:rsidTr="00CB468E">
        <w:tc>
          <w:tcPr>
            <w:tcW w:w="5173" w:type="dxa"/>
          </w:tcPr>
          <w:p w14:paraId="01B56F4A" w14:textId="5A5D2D05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Obsługa audytów i kontroli w zakresie zadań partnera, archiwizacja dokumentacji i współpraca przy zamknięciu projektu</w:t>
            </w:r>
          </w:p>
        </w:tc>
        <w:tc>
          <w:tcPr>
            <w:tcW w:w="1569" w:type="dxa"/>
          </w:tcPr>
          <w:p w14:paraId="287B14AB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14D4B31A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3EE7A1CB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  <w:tr w:rsidR="00CB468E" w:rsidRPr="00290717" w14:paraId="7B8ADB66" w14:textId="77777777" w:rsidTr="00CB468E">
        <w:tc>
          <w:tcPr>
            <w:tcW w:w="5173" w:type="dxa"/>
          </w:tcPr>
          <w:p w14:paraId="3060E531" w14:textId="07BDC2CB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  <w:r w:rsidRPr="00290717">
              <w:rPr>
                <w:rFonts w:ascii="Lato" w:hAnsi="Lato" w:cs="Times New Roman"/>
                <w:sz w:val="22"/>
                <w:lang w:val="pl-PL"/>
              </w:rPr>
              <w:t>Przygotowanie i realizacja działań służących utrzymaniu LOWE przez wymagany okres po zakończeniu projektu</w:t>
            </w:r>
          </w:p>
        </w:tc>
        <w:tc>
          <w:tcPr>
            <w:tcW w:w="1569" w:type="dxa"/>
          </w:tcPr>
          <w:p w14:paraId="104557C7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616" w:type="dxa"/>
          </w:tcPr>
          <w:p w14:paraId="4F453200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  <w:tc>
          <w:tcPr>
            <w:tcW w:w="1566" w:type="dxa"/>
          </w:tcPr>
          <w:p w14:paraId="2C9C197F" w14:textId="77777777" w:rsidR="00CB468E" w:rsidRPr="00290717" w:rsidRDefault="00CB468E">
            <w:pPr>
              <w:rPr>
                <w:rFonts w:ascii="Lato" w:hAnsi="Lato" w:cs="Times New Roman"/>
                <w:sz w:val="22"/>
                <w:lang w:val="pl-PL"/>
              </w:rPr>
            </w:pPr>
          </w:p>
        </w:tc>
      </w:tr>
    </w:tbl>
    <w:p w14:paraId="79970F69" w14:textId="77777777" w:rsidR="00CB468E" w:rsidRPr="00290717" w:rsidRDefault="00CB468E">
      <w:pPr>
        <w:rPr>
          <w:rFonts w:ascii="Lato" w:hAnsi="Lato" w:cs="Times New Roman"/>
          <w:sz w:val="22"/>
          <w:lang w:val="pl-PL"/>
        </w:rPr>
      </w:pPr>
    </w:p>
    <w:p w14:paraId="0DA8B9B2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Uzasadnienie odstępstw / opis sposobu realizacji:</w:t>
      </w:r>
    </w:p>
    <w:p w14:paraId="67D7A568" w14:textId="4C3F887F" w:rsidR="00CB468E" w:rsidRPr="00290717" w:rsidRDefault="00CB468E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 w:rsidR="00290717">
        <w:rPr>
          <w:rFonts w:ascii="Lato" w:hAnsi="Lato" w:cs="Times New Roman"/>
          <w:sz w:val="22"/>
          <w:lang w:val="pl-PL"/>
        </w:rPr>
        <w:t>.........................</w:t>
      </w:r>
    </w:p>
    <w:p w14:paraId="56F17F6A" w14:textId="46BC97AC" w:rsidR="00CB468E" w:rsidRPr="00290717" w:rsidRDefault="00CB468E" w:rsidP="00CB468E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lastRenderedPageBreak/>
        <w:t>..................................................................................................................................................................</w:t>
      </w:r>
      <w:r w:rsidR="00290717">
        <w:rPr>
          <w:rFonts w:ascii="Lato" w:hAnsi="Lato" w:cs="Times New Roman"/>
          <w:sz w:val="22"/>
          <w:lang w:val="pl-PL"/>
        </w:rPr>
        <w:t>.........................</w:t>
      </w:r>
    </w:p>
    <w:p w14:paraId="0A5C1A60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VII. Proponowane zaangażowanie i wkład</w:t>
      </w:r>
    </w:p>
    <w:p w14:paraId="0A6C9564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Wykaz kadry (funkcja, kwalifikacje, doświadczenie, dyspozycyjność):</w:t>
      </w:r>
    </w:p>
    <w:p w14:paraId="6EF494E4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3800EA16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16B80684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Zasoby organizacyjne, lokalowe i techniczne:</w:t>
      </w:r>
    </w:p>
    <w:p w14:paraId="16212031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0FDCB53F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775E4F61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Wkład partnera (rodzaj, wartość, sposób udokumentowania):</w:t>
      </w:r>
    </w:p>
    <w:p w14:paraId="2121E344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2C187614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5483106B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Wstępny budżet zadań partnera:</w:t>
      </w:r>
    </w:p>
    <w:p w14:paraId="3A2BEC93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421F93E0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4CF235E4" w14:textId="77777777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Proponowany sposób zapewnienia funkcjonowania LOWE po projekcie:</w:t>
      </w:r>
    </w:p>
    <w:p w14:paraId="5078D55C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469E1438" w14:textId="77777777" w:rsidR="00290717" w:rsidRPr="00290717" w:rsidRDefault="00290717" w:rsidP="00290717">
      <w:pPr>
        <w:jc w:val="both"/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..................................................................................................................................................................</w:t>
      </w:r>
      <w:r>
        <w:rPr>
          <w:rFonts w:ascii="Lato" w:hAnsi="Lato" w:cs="Times New Roman"/>
          <w:sz w:val="22"/>
          <w:lang w:val="pl-PL"/>
        </w:rPr>
        <w:t>.........................</w:t>
      </w:r>
    </w:p>
    <w:p w14:paraId="3CBABBCF" w14:textId="77777777" w:rsidR="00A3446A" w:rsidRPr="00290717" w:rsidRDefault="009C31EB">
      <w:pPr>
        <w:pStyle w:val="Nagwek2"/>
        <w:rPr>
          <w:rFonts w:ascii="Lato" w:hAnsi="Lato" w:cs="Times New Roman"/>
          <w:color w:val="auto"/>
          <w:sz w:val="22"/>
          <w:szCs w:val="22"/>
          <w:lang w:val="pl-PL"/>
        </w:rPr>
      </w:pPr>
      <w:r w:rsidRPr="00290717">
        <w:rPr>
          <w:rFonts w:ascii="Lato" w:hAnsi="Lato" w:cs="Times New Roman"/>
          <w:color w:val="auto"/>
          <w:sz w:val="22"/>
          <w:szCs w:val="22"/>
          <w:lang w:val="pl-PL"/>
        </w:rPr>
        <w:t>VIII. Załączniki i podpis</w:t>
      </w:r>
    </w:p>
    <w:p w14:paraId="24754B9F" w14:textId="77777777" w:rsidR="00CB468E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Dokument umocowania (jeżeli </w:t>
      </w:r>
      <w:r w:rsidR="00CB468E" w:rsidRPr="00290717">
        <w:rPr>
          <w:rFonts w:ascii="Lato" w:hAnsi="Lato" w:cs="Times New Roman"/>
          <w:sz w:val="22"/>
          <w:lang w:val="pl-PL"/>
        </w:rPr>
        <w:t xml:space="preserve">wymagany) </w:t>
      </w:r>
    </w:p>
    <w:p w14:paraId="1218159C" w14:textId="77777777" w:rsidR="00CB468E" w:rsidRPr="00290717" w:rsidRDefault="00CB468E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Wykaz projektów / referencje   </w:t>
      </w:r>
    </w:p>
    <w:p w14:paraId="242D2D43" w14:textId="42E2CE7B" w:rsidR="00CB468E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Opis kadry   </w:t>
      </w:r>
    </w:p>
    <w:p w14:paraId="62C3D53B" w14:textId="4101BBBE" w:rsidR="00A3446A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Segoe UI Symbol" w:hAnsi="Segoe UI Symbol" w:cs="Segoe UI Symbol"/>
          <w:sz w:val="22"/>
          <w:lang w:val="pl-PL"/>
        </w:rPr>
        <w:t>☐</w:t>
      </w:r>
      <w:r w:rsidRPr="00290717">
        <w:rPr>
          <w:rFonts w:ascii="Lato" w:hAnsi="Lato" w:cs="Times New Roman"/>
          <w:sz w:val="22"/>
          <w:lang w:val="pl-PL"/>
        </w:rPr>
        <w:t xml:space="preserve"> Inne: </w:t>
      </w:r>
    </w:p>
    <w:p w14:paraId="0D9F60A5" w14:textId="77777777" w:rsidR="00CB468E" w:rsidRPr="00290717" w:rsidRDefault="00CB468E">
      <w:pPr>
        <w:rPr>
          <w:rFonts w:ascii="Lato" w:hAnsi="Lato" w:cs="Times New Roman"/>
          <w:sz w:val="22"/>
          <w:lang w:val="pl-PL"/>
        </w:rPr>
      </w:pPr>
    </w:p>
    <w:p w14:paraId="70773C16" w14:textId="77777777" w:rsidR="00CB468E" w:rsidRPr="00290717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 xml:space="preserve">Miejscowość i data: ...........................................    </w:t>
      </w:r>
    </w:p>
    <w:p w14:paraId="0DD831E5" w14:textId="7A8C3918" w:rsidR="00A3446A" w:rsidRDefault="009C31EB">
      <w:pPr>
        <w:rPr>
          <w:rFonts w:ascii="Lato" w:hAnsi="Lato" w:cs="Times New Roman"/>
          <w:sz w:val="22"/>
          <w:lang w:val="pl-PL"/>
        </w:rPr>
      </w:pPr>
      <w:r w:rsidRPr="00290717">
        <w:rPr>
          <w:rFonts w:ascii="Lato" w:hAnsi="Lato" w:cs="Times New Roman"/>
          <w:sz w:val="22"/>
          <w:lang w:val="pl-PL"/>
        </w:rPr>
        <w:t>Podpis osoby uprawnionej: ...........................................</w:t>
      </w:r>
    </w:p>
    <w:p w14:paraId="4E52FDCD" w14:textId="77777777" w:rsidR="00290717" w:rsidRDefault="00290717">
      <w:pPr>
        <w:rPr>
          <w:rFonts w:ascii="Lato" w:hAnsi="Lato" w:cs="Times New Roman"/>
          <w:sz w:val="22"/>
          <w:lang w:val="pl-PL"/>
        </w:rPr>
      </w:pPr>
    </w:p>
    <w:p w14:paraId="780083F0" w14:textId="77777777" w:rsidR="00290717" w:rsidRDefault="00290717">
      <w:pPr>
        <w:rPr>
          <w:rFonts w:ascii="Lato" w:hAnsi="Lato" w:cs="Times New Roman"/>
          <w:sz w:val="22"/>
          <w:lang w:val="pl-PL"/>
        </w:rPr>
      </w:pPr>
    </w:p>
    <w:p w14:paraId="4804DEF0" w14:textId="77777777" w:rsidR="00290717" w:rsidRDefault="00290717" w:rsidP="00290717">
      <w:pPr>
        <w:ind w:left="5664"/>
        <w:jc w:val="center"/>
        <w:rPr>
          <w:rFonts w:ascii="Lato" w:hAnsi="Lato" w:cstheme="minorHAnsi"/>
          <w:sz w:val="22"/>
        </w:rPr>
      </w:pPr>
    </w:p>
    <w:p w14:paraId="17821A82" w14:textId="77777777" w:rsidR="00290717" w:rsidRPr="00290717" w:rsidRDefault="00290717">
      <w:pPr>
        <w:rPr>
          <w:rFonts w:ascii="Lato" w:hAnsi="Lato" w:cs="Times New Roman"/>
          <w:sz w:val="22"/>
          <w:lang w:val="pl-PL"/>
        </w:rPr>
      </w:pPr>
    </w:p>
    <w:sectPr w:rsidR="00290717" w:rsidRPr="00290717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F640" w14:textId="77777777" w:rsidR="00782F59" w:rsidRDefault="00782F59" w:rsidP="00290717">
      <w:pPr>
        <w:spacing w:after="0" w:line="240" w:lineRule="auto"/>
      </w:pPr>
      <w:r>
        <w:separator/>
      </w:r>
    </w:p>
  </w:endnote>
  <w:endnote w:type="continuationSeparator" w:id="0">
    <w:p w14:paraId="19154456" w14:textId="77777777" w:rsidR="00782F59" w:rsidRDefault="00782F59" w:rsidP="0029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02890" w14:textId="77777777" w:rsidR="00782F59" w:rsidRDefault="00782F59" w:rsidP="00290717">
      <w:pPr>
        <w:spacing w:after="0" w:line="240" w:lineRule="auto"/>
      </w:pPr>
      <w:r>
        <w:separator/>
      </w:r>
    </w:p>
  </w:footnote>
  <w:footnote w:type="continuationSeparator" w:id="0">
    <w:p w14:paraId="709422AE" w14:textId="77777777" w:rsidR="00782F59" w:rsidRDefault="00782F59" w:rsidP="0029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304339">
    <w:abstractNumId w:val="8"/>
  </w:num>
  <w:num w:numId="2" w16cid:durableId="1894466181">
    <w:abstractNumId w:val="6"/>
  </w:num>
  <w:num w:numId="3" w16cid:durableId="1466587372">
    <w:abstractNumId w:val="5"/>
  </w:num>
  <w:num w:numId="4" w16cid:durableId="1726176389">
    <w:abstractNumId w:val="4"/>
  </w:num>
  <w:num w:numId="5" w16cid:durableId="825242762">
    <w:abstractNumId w:val="7"/>
  </w:num>
  <w:num w:numId="6" w16cid:durableId="2044673344">
    <w:abstractNumId w:val="3"/>
  </w:num>
  <w:num w:numId="7" w16cid:durableId="1628198287">
    <w:abstractNumId w:val="2"/>
  </w:num>
  <w:num w:numId="8" w16cid:durableId="1583874935">
    <w:abstractNumId w:val="1"/>
  </w:num>
  <w:num w:numId="9" w16cid:durableId="392317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3B0"/>
    <w:rsid w:val="00290717"/>
    <w:rsid w:val="0029639D"/>
    <w:rsid w:val="00326F90"/>
    <w:rsid w:val="00425924"/>
    <w:rsid w:val="00782F59"/>
    <w:rsid w:val="009C31EB"/>
    <w:rsid w:val="00A3446A"/>
    <w:rsid w:val="00AA1D8D"/>
    <w:rsid w:val="00B3713F"/>
    <w:rsid w:val="00B47730"/>
    <w:rsid w:val="00CB0664"/>
    <w:rsid w:val="00CB468E"/>
    <w:rsid w:val="00E8245A"/>
    <w:rsid w:val="00F85F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CAEA8F"/>
  <w14:defaultImageDpi w14:val="300"/>
  <w15:docId w15:val="{A4977EF5-2DC2-458E-A14B-56FF31C3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1400</Words>
  <Characters>8402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Nastalczyk Agnieszka</cp:lastModifiedBy>
  <cp:revision>4</cp:revision>
  <cp:lastPrinted>2026-10-12T13:12:00Z</cp:lastPrinted>
  <dcterms:created xsi:type="dcterms:W3CDTF">2013-12-23T23:15:00Z</dcterms:created>
  <dcterms:modified xsi:type="dcterms:W3CDTF">2026-10-12T14:29:00Z</dcterms:modified>
  <cp:category/>
</cp:coreProperties>
</file>